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2011680" cy="20116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469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011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jc w:val="center"/>
      </w:pPr>
      <w:r>
        <w:t>ESTIMATE / QUOTE REQUEST FORM</w:t>
      </w:r>
    </w:p>
    <w:p>
      <w:pPr>
        <w:jc w:val="center"/>
      </w:pPr>
      <w:r>
        <w:rPr>
          <w:b/>
        </w:rPr>
        <w:t>Built Strong. Built Right.</w:t>
        <w:br/>
      </w:r>
      <w:r>
        <w:t>Please complete this form and return it with photos if available.</w:t>
        <w:br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Client Name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Company (Optional)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Phone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Email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Service Address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City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Postal Code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Preferred Contact</w:t>
            </w:r>
          </w:p>
        </w:tc>
        <w:tc>
          <w:tcPr>
            <w:tcW w:type="dxa" w:w="4320"/>
          </w:tcPr>
          <w:p>
            <w:r>
              <w:t>Phone / Email / Text</w:t>
            </w:r>
          </w:p>
        </w:tc>
      </w:tr>
      <w:tr>
        <w:tc>
          <w:tcPr>
            <w:tcW w:type="dxa" w:w="4320"/>
          </w:tcPr>
          <w:p>
            <w:r>
              <w:t>Preferred Start Date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Budget (Optional)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pStyle w:val="Heading2"/>
      </w:pPr>
      <w:r>
        <w:t>Services Requested</w:t>
      </w:r>
    </w:p>
    <w:p>
      <w:r>
        <w:t>☐ General Contracting</w:t>
      </w:r>
    </w:p>
    <w:p>
      <w:r>
        <w:t>☐ Suite Turnovers</w:t>
      </w:r>
    </w:p>
    <w:p>
      <w:r>
        <w:t>☐ Property Maintenance</w:t>
      </w:r>
    </w:p>
    <w:p>
      <w:r>
        <w:t>☐ Drywall Repairs</w:t>
      </w:r>
    </w:p>
    <w:p>
      <w:r>
        <w:t>☐ Painting</w:t>
      </w:r>
    </w:p>
    <w:p>
      <w:r>
        <w:t>☐ Carpentry</w:t>
      </w:r>
    </w:p>
    <w:p>
      <w:r>
        <w:t>☐ Roof Moss Removal</w:t>
      </w:r>
    </w:p>
    <w:p>
      <w:r>
        <w:t>☐ Door &amp; Trim Repairs</w:t>
      </w:r>
    </w:p>
    <w:p>
      <w:r>
        <w:t>☐ Other: ____________</w:t>
      </w:r>
    </w:p>
    <w:p>
      <w:pPr>
        <w:pStyle w:val="Heading2"/>
      </w:pPr>
      <w:r>
        <w:t>Project Description</w:t>
      </w:r>
    </w:p>
    <w:p>
      <w:r>
        <w:t>__________________________________________________________________________________________</w:t>
        <w:br/>
        <w:br/>
        <w:br/>
      </w:r>
    </w:p>
    <w:p>
      <w:pPr>
        <w:pStyle w:val="Heading2"/>
      </w:pPr>
      <w:r>
        <w:t>Access Information</w:t>
      </w:r>
    </w:p>
    <w:p>
      <w:r>
        <w:t>__________________________________________________________________________________________</w:t>
        <w:br/>
        <w:br/>
        <w:br/>
      </w:r>
    </w:p>
    <w:p>
      <w:pPr>
        <w:pStyle w:val="Heading2"/>
      </w:pPr>
      <w:r>
        <w:t>Materials/Colours Requested</w:t>
      </w:r>
    </w:p>
    <w:p>
      <w:r>
        <w:t>__________________________________________________________________________________________</w:t>
        <w:br/>
        <w:br/>
        <w:br/>
      </w:r>
    </w:p>
    <w:p>
      <w:pPr>
        <w:pStyle w:val="Heading2"/>
      </w:pPr>
      <w:r>
        <w:t>Additional Notes</w:t>
      </w:r>
    </w:p>
    <w:p>
      <w:r>
        <w:t>__________________________________________________________________________________________</w:t>
        <w:br/>
        <w:br/>
        <w:br/>
      </w:r>
    </w:p>
    <w:p>
      <w:pPr>
        <w:pStyle w:val="Heading2"/>
      </w:pPr>
      <w:r>
        <w:t>Office Use Only</w:t>
      </w:r>
    </w:p>
    <w:p>
      <w:r>
        <w:t>Estimated Labour: $_________</w:t>
        <w:br/>
        <w:t>Estimated Materials: $_________</w:t>
        <w:br/>
        <w:t>Other Costs: $_________</w:t>
        <w:br/>
        <w:t>GST: $_________</w:t>
        <w:br/>
        <w:t>TOTAL ESTIMATE: $_________</w:t>
      </w:r>
    </w:p>
    <w:p>
      <w:r>
        <w:br/>
        <w:t>Customer Signature: ____________________   Date: ____________</w:t>
      </w:r>
    </w:p>
    <w:p>
      <w:r>
        <w:t>Estimator: Kenrick Gordon</w:t>
      </w:r>
    </w:p>
    <w:p>
      <w:r>
        <w:rPr>
          <w:b/>
        </w:rPr>
        <w:br/>
        <w:t>Valkora Contracting Ltd</w:t>
        <w:br/>
      </w:r>
      <w:r>
        <w:t>General: info@valkoracontractingltd.ca</w:t>
        <w:br/>
        <w:t>Payments/E-Transfer: ValkoraContracting@gmail.com</w:t>
        <w:br/>
        <w:t>250-863-8256</w:t>
        <w:br/>
        <w:t>www.valkoracontractingltd.ca</w:t>
      </w:r>
    </w:p>
    <w:sectPr w:rsidR="00FC693F" w:rsidRPr="0006063C" w:rsidSect="0003461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